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420D03C" w14:textId="77777777" w:rsidR="009220B1" w:rsidRDefault="009220B1">
      <w:pPr>
        <w:pStyle w:val="Heading1"/>
        <w:jc w:val="center"/>
        <w:rPr>
          <w:color w:val="004C99"/>
        </w:rPr>
      </w:pPr>
    </w:p>
    <w:p w14:paraId="493D33EC" w14:textId="77777777" w:rsidR="009220B1" w:rsidRDefault="009220B1">
      <w:pPr>
        <w:pStyle w:val="Heading1"/>
        <w:jc w:val="center"/>
        <w:rPr>
          <w:color w:val="004C99"/>
        </w:rPr>
      </w:pPr>
    </w:p>
    <w:p w14:paraId="67CFBCFD" w14:textId="29E17473" w:rsidR="0073188F" w:rsidRDefault="00615E8A">
      <w:pPr>
        <w:pStyle w:val="Heading1"/>
        <w:jc w:val="center"/>
      </w:pPr>
      <w:r>
        <w:rPr>
          <w:color w:val="004C99"/>
        </w:rPr>
        <w:t>EuroMid Journal of Business and Tech-Innovation (EJBTI)</w:t>
        <w:br/>
      </w:r>
      <w:r>
        <w:rPr>
          <w:sz w:val="36"/>
        </w:rPr>
        <w:t>AUTHOR PUBLISHING AGREEMENT</w:t>
        <w:br/>
      </w:r>
    </w:p>
    <w:p w14:paraId="27922A33" w14:textId="77777777" w:rsidR="0073188F" w:rsidRDefault="00615E8A">
      <w:pPr>
        <w:jc w:val="center"/>
      </w:pPr>
      <w:r>
        <w:t>Published by EuroMid Academy of Business and Technology (EuroMid Press)</w:t>
        <w:br/>
        <w:t>Online ISSN: 3062-2131</w:t>
      </w:r>
    </w:p>
    <w:p w14:paraId="2D69BCC5" w14:textId="77777777" w:rsidR="0073188F" w:rsidRDefault="00615E8A">
      <w:pPr>
        <w:pStyle w:val="Heading2"/>
      </w:pPr>
      <w:r>
        <w:t>PART I – Manuscript Details</w:t>
      </w:r>
    </w:p>
    <w:tbl>
      <w:tblPr>
        <w:tblStyle w:val="TableGrid"/>
        <w:tblW w:w="0" w:type="auto"/>
        <w:jc w:val="center"/>
        <w:tblLook w:val="04A0" w:firstRow="1" w:lastRow="0" w:firstColumn="1" w:lastColumn="0" w:noHBand="0" w:noVBand="1"/>
      </w:tblPr>
      <w:tblGrid>
        <w:gridCol w:w="5316"/>
        <w:gridCol w:w="5314"/>
      </w:tblGrid>
      <w:tr w:rsidR="0073188F" w14:paraId="2EB263B4" w14:textId="77777777">
        <w:trPr>
          <w:jc w:val="center"/>
        </w:trPr>
        <w:tc>
          <w:tcPr>
            <w:tcW w:w="5320" w:type="dxa"/>
          </w:tcPr>
          <w:p w14:paraId="4C7BAE07" w14:textId="77777777" w:rsidR="0073188F" w:rsidRDefault="00615E8A">
            <w:r>
              <w:t>Title of Manuscript</w:t>
            </w:r>
          </w:p>
        </w:tc>
        <w:tc>
          <w:tcPr>
            <w:tcW w:w="5320" w:type="dxa"/>
          </w:tcPr>
          <w:p w14:paraId="3FD021ED" w14:textId="77777777" w:rsidR="0073188F" w:rsidRDefault="0073188F"/>
        </w:tc>
      </w:tr>
      <w:tr w:rsidR="0073188F" w14:paraId="4C652A03" w14:textId="77777777">
        <w:trPr>
          <w:jc w:val="center"/>
        </w:trPr>
        <w:tc>
          <w:tcPr>
            <w:tcW w:w="5320" w:type="dxa"/>
          </w:tcPr>
          <w:p w14:paraId="0CA7CBBB" w14:textId="77777777" w:rsidR="0073188F" w:rsidRDefault="00615E8A">
            <w:r>
              <w:t>Article Type</w:t>
            </w:r>
          </w:p>
        </w:tc>
        <w:tc>
          <w:tcPr>
            <w:tcW w:w="5320" w:type="dxa"/>
          </w:tcPr>
          <w:p w14:paraId="1C3F8885" w14:textId="77777777" w:rsidR="0073188F" w:rsidRDefault="0073188F"/>
        </w:tc>
      </w:tr>
      <w:tr w:rsidR="0073188F" w14:paraId="644CBBC1" w14:textId="77777777">
        <w:trPr>
          <w:jc w:val="center"/>
        </w:trPr>
        <w:tc>
          <w:tcPr>
            <w:tcW w:w="5320" w:type="dxa"/>
          </w:tcPr>
          <w:p w14:paraId="60098ACE" w14:textId="77777777" w:rsidR="0073188F" w:rsidRDefault="00615E8A">
            <w:r>
              <w:t>Author(s)</w:t>
            </w:r>
          </w:p>
        </w:tc>
        <w:tc>
          <w:tcPr>
            <w:tcW w:w="5320" w:type="dxa"/>
          </w:tcPr>
          <w:p w14:paraId="691EF93E" w14:textId="77777777" w:rsidR="0073188F" w:rsidRDefault="0073188F"/>
        </w:tc>
      </w:tr>
      <w:tr w:rsidR="0073188F" w14:paraId="50F7AF7C" w14:textId="77777777">
        <w:trPr>
          <w:jc w:val="center"/>
        </w:trPr>
        <w:tc>
          <w:tcPr>
            <w:tcW w:w="5320" w:type="dxa"/>
          </w:tcPr>
          <w:p w14:paraId="6ECBBB18" w14:textId="77777777" w:rsidR="0073188F" w:rsidRDefault="00615E8A">
            <w:r>
              <w:t>Corresponding Author</w:t>
            </w:r>
          </w:p>
        </w:tc>
        <w:tc>
          <w:tcPr>
            <w:tcW w:w="5320" w:type="dxa"/>
          </w:tcPr>
          <w:p w14:paraId="18D57BB6" w14:textId="77777777" w:rsidR="0073188F" w:rsidRDefault="0073188F"/>
        </w:tc>
      </w:tr>
      <w:tr w:rsidR="0073188F" w14:paraId="2B6F193A" w14:textId="77777777">
        <w:trPr>
          <w:jc w:val="center"/>
        </w:trPr>
        <w:tc>
          <w:tcPr>
            <w:tcW w:w="5320" w:type="dxa"/>
          </w:tcPr>
          <w:p w14:paraId="491414FE" w14:textId="77777777" w:rsidR="0073188F" w:rsidRDefault="00615E8A">
            <w:r>
              <w:t>Affiliation</w:t>
            </w:r>
          </w:p>
        </w:tc>
        <w:tc>
          <w:tcPr>
            <w:tcW w:w="5320" w:type="dxa"/>
          </w:tcPr>
          <w:p w14:paraId="22763229" w14:textId="77777777" w:rsidR="0073188F" w:rsidRDefault="0073188F"/>
        </w:tc>
      </w:tr>
      <w:tr w:rsidR="0073188F" w14:paraId="3F6B0D4D" w14:textId="77777777">
        <w:trPr>
          <w:jc w:val="center"/>
        </w:trPr>
        <w:tc>
          <w:tcPr>
            <w:tcW w:w="5320" w:type="dxa"/>
          </w:tcPr>
          <w:p w14:paraId="602780BD" w14:textId="77777777" w:rsidR="0073188F" w:rsidRDefault="00615E8A">
            <w:r>
              <w:t>ORCID iD(s)</w:t>
            </w:r>
          </w:p>
        </w:tc>
        <w:tc>
          <w:tcPr>
            <w:tcW w:w="5320" w:type="dxa"/>
          </w:tcPr>
          <w:p w14:paraId="6682B51D" w14:textId="77777777" w:rsidR="0073188F" w:rsidRDefault="0073188F"/>
        </w:tc>
      </w:tr>
      <w:tr w:rsidR="0073188F" w14:paraId="2EAB62A2" w14:textId="77777777">
        <w:trPr>
          <w:jc w:val="center"/>
        </w:trPr>
        <w:tc>
          <w:tcPr>
            <w:tcW w:w="5320" w:type="dxa"/>
          </w:tcPr>
          <w:p w14:paraId="08EA0ECE" w14:textId="77777777" w:rsidR="0073188F" w:rsidRDefault="00615E8A">
            <w:r>
              <w:t>Email</w:t>
            </w:r>
          </w:p>
        </w:tc>
        <w:tc>
          <w:tcPr>
            <w:tcW w:w="5320" w:type="dxa"/>
          </w:tcPr>
          <w:p w14:paraId="1646A16C" w14:textId="77777777" w:rsidR="0073188F" w:rsidRDefault="0073188F"/>
        </w:tc>
      </w:tr>
      <w:tr w:rsidR="0073188F" w14:paraId="0DEE8211" w14:textId="77777777">
        <w:trPr>
          <w:jc w:val="center"/>
        </w:trPr>
        <w:tc>
          <w:tcPr>
            <w:tcW w:w="5320" w:type="dxa"/>
          </w:tcPr>
          <w:p w14:paraId="7FF3B5BE" w14:textId="77777777" w:rsidR="0073188F" w:rsidRDefault="00615E8A">
            <w:r>
              <w:t>Telephone</w:t>
            </w:r>
          </w:p>
        </w:tc>
        <w:tc>
          <w:tcPr>
            <w:tcW w:w="5320" w:type="dxa"/>
          </w:tcPr>
          <w:p w14:paraId="43903282" w14:textId="77777777" w:rsidR="0073188F" w:rsidRDefault="0073188F"/>
        </w:tc>
      </w:tr>
    </w:tbl>
    <w:p w14:paraId="12007BAD" w14:textId="77777777" w:rsidR="0073188F" w:rsidRDefault="00615E8A">
      <w:pPr>
        <w:pStyle w:val="Heading2"/>
      </w:pPr>
      <w:r>
        <w:t>PART II – Publishing Agreement</w:t>
      </w:r>
    </w:p>
    <w:p w14:paraId="379569D9" w14:textId="77777777" w:rsidR="0073188F" w:rsidRDefault="00615E8A">
      <w:r>
        <w:t>By signing this agreement, the corresponding author confirms that they are authorized to act on behalf of all co-authors and that all authors agree to the following terms:</w:t>
      </w:r>
    </w:p>
    <w:p w14:paraId="7A0A870A" w14:textId="77777777" w:rsidR="0073188F" w:rsidRDefault="00615E8A">
      <w:pPr>
        <w:pStyle w:val="ListBullet"/>
      </w:pPr>
      <w:r>
        <w:rPr>
          <w:b/>
        </w:rPr>
        <w:t xml:space="preserve">Originality: </w:t>
      </w:r>
      <w:r>
        <w:t>The manuscript is original, has not been published previously except where disclosed, is not under consideration elsewhere, and complies with the journal's policies on plagiarism, duplicate publication, image integrity, and research misconduct.</w:t>
      </w:r>
    </w:p>
    <w:p w14:paraId="00EB8957" w14:textId="77777777" w:rsidR="0073188F" w:rsidRDefault="00615E8A">
      <w:pPr>
        <w:pStyle w:val="ListBullet"/>
      </w:pPr>
      <w:r>
        <w:rPr>
          <w:b/>
        </w:rPr>
        <w:t xml:space="preserve">Authorship: </w:t>
      </w:r>
      <w:r>
        <w:t>All authors meet accepted authorship criteria, have approved the submitted version, and agree to be accountable for the work.</w:t>
      </w:r>
    </w:p>
    <w:p w14:paraId="67008813" w14:textId="77777777" w:rsidR="0073188F" w:rsidRDefault="00615E8A">
      <w:pPr>
        <w:pStyle w:val="ListBullet"/>
      </w:pPr>
      <w:r>
        <w:rPr>
          <w:b/>
        </w:rPr>
        <w:t xml:space="preserve">Research Ethics: </w:t>
      </w:r>
      <w:r>
        <w:t>Ethics approval, informed consent, funding, competing interests, trial registration, and data availability have been disclosed where applicable.</w:t>
      </w:r>
    </w:p>
    <w:p w14:paraId="1A7126F5" w14:textId="77777777" w:rsidR="0073188F" w:rsidRDefault="00615E8A">
      <w:pPr>
        <w:pStyle w:val="ListBullet"/>
      </w:pPr>
      <w:r>
        <w:rPr>
          <w:b/>
        </w:rPr>
        <w:t xml:space="preserve">Copyright: </w:t>
      </w:r>
      <w:r>
        <w:t>The authors retain full copyright ownership of the article.</w:t>
      </w:r>
    </w:p>
    <w:p w14:paraId="01F05315" w14:textId="77777777" w:rsidR="0073188F" w:rsidRDefault="00615E8A">
      <w:pPr>
        <w:pStyle w:val="ListBullet"/>
      </w:pPr>
      <w:r>
        <w:rPr>
          <w:b/>
        </w:rPr>
        <w:t xml:space="preserve">Licence to Publish: </w:t>
      </w:r>
      <w:r>
        <w:t>The authors grant EuroMid Academy of Business and Technology (EuroMid Press) a perpetual, worldwide, non-exclusive licence to publish, reproduce, distribute, preserve, archive, index, assign metadata, and communicate the Version of Record in any medium, while identifying itself as the original publisher.</w:t>
      </w:r>
    </w:p>
    <w:p w14:paraId="7BB00A71" w14:textId="77777777" w:rsidR="0073188F" w:rsidRDefault="00615E8A">
      <w:pPr>
        <w:pStyle w:val="ListBullet"/>
      </w:pPr>
      <w:r>
        <w:rPr>
          <w:b/>
        </w:rPr>
        <w:t xml:space="preserve">Open Access: </w:t>
      </w:r>
      <w:r>
        <w:t>The Version of Record will be published under the Creative Commons Attribution 4.0 International (CC BY 4.0) Licence. Reuse, sharing, adaptation, and text and data mining are permitted provided appropriate attribution is given.</w:t>
      </w:r>
    </w:p>
    <w:p>
      <w:pPr>
        <w:pStyle w:val="ListBullet"/>
      </w:pPr>
      <w:r>
        <w:rPr>
          <w:b/>
        </w:rPr>
        <w:t xml:space="preserve">Self-Archiving: </w:t>
      </w:r>
      <w:r>
        <w:t>Authors may deposit the submitted version (preprint), the accepted manuscript and the published version (Version of Record) in any repository or website, including institutional and subject repositories and personal websites, at any time and without embargo. Authors should include the full citation and a link to the published article using its DOI.</w:t>
      </w:r>
    </w:p>
    <w:p w14:paraId="2B8D8BA3" w14:textId="77777777" w:rsidR="0073188F" w:rsidRDefault="00615E8A">
      <w:pPr>
        <w:pStyle w:val="ListBullet"/>
      </w:pPr>
      <w:r>
        <w:rPr>
          <w:b/>
        </w:rPr>
        <w:t xml:space="preserve">AI-Assisted Technologies: </w:t>
      </w:r>
      <w:r>
        <w:t>Any use of AI-assisted technologies has been transparently disclosed. Authors remain fully responsible for all submitted content.</w:t>
      </w:r>
    </w:p>
    <w:p w14:paraId="7032BD0F" w14:textId="77777777" w:rsidR="0073188F" w:rsidRDefault="00615E8A">
      <w:pPr>
        <w:pStyle w:val="ListBullet"/>
      </w:pPr>
      <w:r>
        <w:rPr>
          <w:b/>
        </w:rPr>
        <w:t xml:space="preserve">Third-Party Material: </w:t>
      </w:r>
      <w:r>
        <w:t>Permission has been obtained for all copyrighted third-party material included in the manuscript.</w:t>
      </w:r>
    </w:p>
    <w:p w14:paraId="658BE846" w14:textId="77777777" w:rsidR="0073188F" w:rsidRDefault="00615E8A">
      <w:pPr>
        <w:pStyle w:val="ListBullet"/>
      </w:pPr>
      <w:r>
        <w:rPr>
          <w:b/>
        </w:rPr>
        <w:t xml:space="preserve">Post-publication: </w:t>
      </w:r>
      <w:r>
        <w:t>The journal may issue corrections, expressions of concern, retractions, or other notices in accordance with COPE guidance where necessary to preserve the integrity of the scholarly record.</w:t>
      </w:r>
    </w:p>
    <w:p w14:paraId="435AC123" w14:textId="77777777" w:rsidR="0073188F" w:rsidRDefault="00615E8A">
      <w:pPr>
        <w:pStyle w:val="Heading2"/>
      </w:pPr>
      <w:r>
        <w:lastRenderedPageBreak/>
        <w:t>PART III – Declarations</w:t>
      </w:r>
    </w:p>
    <w:tbl>
      <w:tblPr>
        <w:tblStyle w:val="TableGrid"/>
        <w:tblW w:w="0" w:type="auto"/>
        <w:tblLook w:val="04A0" w:firstRow="1" w:lastRow="0" w:firstColumn="1" w:lastColumn="0" w:noHBand="0" w:noVBand="1"/>
      </w:tblPr>
      <w:tblGrid>
        <w:gridCol w:w="5312"/>
        <w:gridCol w:w="5318"/>
      </w:tblGrid>
      <w:tr w:rsidR="0073188F" w14:paraId="47FCDB99" w14:textId="77777777" w:rsidTr="00F249CE">
        <w:tc>
          <w:tcPr>
            <w:tcW w:w="5312" w:type="dxa"/>
          </w:tcPr>
          <w:p w14:paraId="0BB03149" w14:textId="77777777" w:rsidR="0073188F" w:rsidRDefault="00615E8A">
            <w:r>
              <w:t>Funding</w:t>
            </w:r>
          </w:p>
        </w:tc>
        <w:tc>
          <w:tcPr>
            <w:tcW w:w="5318" w:type="dxa"/>
          </w:tcPr>
          <w:p w14:paraId="015F81A2" w14:textId="77777777" w:rsidR="0073188F" w:rsidRDefault="00615E8A">
            <w:r>
              <w:t>☐ None   ☐ Yes: __________________________</w:t>
            </w:r>
          </w:p>
        </w:tc>
      </w:tr>
      <w:tr w:rsidR="0073188F" w14:paraId="6E48B802" w14:textId="77777777" w:rsidTr="00F249CE">
        <w:tc>
          <w:tcPr>
            <w:tcW w:w="5312" w:type="dxa"/>
          </w:tcPr>
          <w:p w14:paraId="4A815BD1" w14:textId="77777777" w:rsidR="0073188F" w:rsidRDefault="00615E8A">
            <w:r>
              <w:t>Conflict of Interest</w:t>
            </w:r>
          </w:p>
        </w:tc>
        <w:tc>
          <w:tcPr>
            <w:tcW w:w="5318" w:type="dxa"/>
          </w:tcPr>
          <w:p w14:paraId="5FAC410F" w14:textId="77777777" w:rsidR="0073188F" w:rsidRDefault="00615E8A">
            <w:r>
              <w:t>☐ None   ☐ Yes: __________________________</w:t>
            </w:r>
          </w:p>
        </w:tc>
      </w:tr>
      <w:tr w:rsidR="0073188F" w14:paraId="4EDEAFA7" w14:textId="77777777" w:rsidTr="00F249CE">
        <w:tc>
          <w:tcPr>
            <w:tcW w:w="5312" w:type="dxa"/>
          </w:tcPr>
          <w:p w14:paraId="76C82394" w14:textId="77777777" w:rsidR="0073188F" w:rsidRDefault="00615E8A">
            <w:r>
              <w:t>Ethics Approval</w:t>
            </w:r>
          </w:p>
        </w:tc>
        <w:tc>
          <w:tcPr>
            <w:tcW w:w="5318" w:type="dxa"/>
          </w:tcPr>
          <w:p w14:paraId="7709D288" w14:textId="77777777" w:rsidR="0073188F" w:rsidRDefault="00615E8A">
            <w:r>
              <w:t>☐ Not applicable   ☐ Approved (Ref.): __________</w:t>
            </w:r>
          </w:p>
        </w:tc>
      </w:tr>
      <w:tr w:rsidR="0073188F" w14:paraId="388BCA7D" w14:textId="77777777" w:rsidTr="00F249CE">
        <w:tc>
          <w:tcPr>
            <w:tcW w:w="5312" w:type="dxa"/>
          </w:tcPr>
          <w:p w14:paraId="50058A6F" w14:textId="77777777" w:rsidR="0073188F" w:rsidRDefault="00615E8A">
            <w:r>
              <w:t>Informed Consent</w:t>
            </w:r>
          </w:p>
        </w:tc>
        <w:tc>
          <w:tcPr>
            <w:tcW w:w="5318" w:type="dxa"/>
          </w:tcPr>
          <w:p w14:paraId="7F9CAC52" w14:textId="77777777" w:rsidR="0073188F" w:rsidRDefault="00615E8A">
            <w:r>
              <w:t>☐ Not applicable   ☐ Obtained</w:t>
            </w:r>
          </w:p>
        </w:tc>
      </w:tr>
      <w:tr w:rsidR="0073188F" w14:paraId="7019BF9D" w14:textId="77777777" w:rsidTr="00F249CE">
        <w:tc>
          <w:tcPr>
            <w:tcW w:w="5312" w:type="dxa"/>
          </w:tcPr>
          <w:p w14:paraId="65E3EB42" w14:textId="77777777" w:rsidR="0073188F" w:rsidRDefault="00615E8A">
            <w:r>
              <w:t>Data Availability</w:t>
            </w:r>
          </w:p>
        </w:tc>
        <w:tc>
          <w:tcPr>
            <w:tcW w:w="5318" w:type="dxa"/>
          </w:tcPr>
          <w:p w14:paraId="73C5389C" w14:textId="77777777" w:rsidR="0073188F" w:rsidRDefault="00615E8A">
            <w:r>
              <w:t>________________________________________</w:t>
            </w:r>
          </w:p>
        </w:tc>
      </w:tr>
    </w:tbl>
    <w:p w14:paraId="50D4CEE0" w14:textId="77777777" w:rsidR="0073188F" w:rsidRDefault="00615E8A">
      <w:pPr>
        <w:pStyle w:val="Heading2"/>
      </w:pPr>
      <w:r>
        <w:t>PART IV – Signature</w:t>
      </w:r>
    </w:p>
    <w:p w14:paraId="0F114989" w14:textId="77777777" w:rsidR="0073188F" w:rsidRDefault="00615E8A">
      <w:r>
        <w:t>I certify that the information provided is accurate and that I am authorized to sign this agreement on behalf of all authors.</w:t>
      </w:r>
    </w:p>
    <w:tbl>
      <w:tblPr>
        <w:tblStyle w:val="TableGrid"/>
        <w:tblW w:w="0" w:type="auto"/>
        <w:tblLook w:val="04A0" w:firstRow="1" w:lastRow="0" w:firstColumn="1" w:lastColumn="0" w:noHBand="0" w:noVBand="1"/>
      </w:tblPr>
      <w:tblGrid>
        <w:gridCol w:w="5315"/>
        <w:gridCol w:w="5315"/>
      </w:tblGrid>
      <w:tr w:rsidR="0073188F" w14:paraId="5EE2402E" w14:textId="77777777">
        <w:tc>
          <w:tcPr>
            <w:tcW w:w="5320" w:type="dxa"/>
          </w:tcPr>
          <w:p w14:paraId="253EBE4D" w14:textId="77777777" w:rsidR="0073188F" w:rsidRDefault="00615E8A">
            <w:r>
              <w:t>Name</w:t>
            </w:r>
          </w:p>
        </w:tc>
        <w:tc>
          <w:tcPr>
            <w:tcW w:w="5320" w:type="dxa"/>
          </w:tcPr>
          <w:p w14:paraId="731745EB" w14:textId="77777777" w:rsidR="0073188F" w:rsidRDefault="0073188F"/>
        </w:tc>
      </w:tr>
      <w:tr w:rsidR="0073188F" w14:paraId="2B57D1A7" w14:textId="77777777">
        <w:tc>
          <w:tcPr>
            <w:tcW w:w="5320" w:type="dxa"/>
          </w:tcPr>
          <w:p w14:paraId="28C50FA3" w14:textId="77777777" w:rsidR="0073188F" w:rsidRDefault="00615E8A">
            <w:r>
              <w:t>Signature</w:t>
            </w:r>
          </w:p>
        </w:tc>
        <w:tc>
          <w:tcPr>
            <w:tcW w:w="5320" w:type="dxa"/>
          </w:tcPr>
          <w:p w14:paraId="2AF59B69" w14:textId="77777777" w:rsidR="0073188F" w:rsidRDefault="0073188F"/>
        </w:tc>
      </w:tr>
      <w:tr w:rsidR="0073188F" w14:paraId="1294C036" w14:textId="77777777">
        <w:tc>
          <w:tcPr>
            <w:tcW w:w="5320" w:type="dxa"/>
          </w:tcPr>
          <w:p w14:paraId="6312CA95" w14:textId="77777777" w:rsidR="0073188F" w:rsidRDefault="00615E8A">
            <w:r>
              <w:t>Institution</w:t>
            </w:r>
          </w:p>
        </w:tc>
        <w:tc>
          <w:tcPr>
            <w:tcW w:w="5320" w:type="dxa"/>
          </w:tcPr>
          <w:p w14:paraId="62F2AAF1" w14:textId="77777777" w:rsidR="0073188F" w:rsidRDefault="0073188F"/>
        </w:tc>
      </w:tr>
      <w:tr w:rsidR="0073188F" w14:paraId="0D777D02" w14:textId="77777777">
        <w:tc>
          <w:tcPr>
            <w:tcW w:w="5320" w:type="dxa"/>
          </w:tcPr>
          <w:p w14:paraId="6F9E973B" w14:textId="77777777" w:rsidR="0073188F" w:rsidRDefault="00615E8A">
            <w:r>
              <w:t>Country</w:t>
            </w:r>
          </w:p>
        </w:tc>
        <w:tc>
          <w:tcPr>
            <w:tcW w:w="5320" w:type="dxa"/>
          </w:tcPr>
          <w:p w14:paraId="321C9471" w14:textId="77777777" w:rsidR="0073188F" w:rsidRDefault="0073188F"/>
        </w:tc>
      </w:tr>
      <w:tr w:rsidR="0073188F" w14:paraId="144EB112" w14:textId="77777777">
        <w:tc>
          <w:tcPr>
            <w:tcW w:w="5320" w:type="dxa"/>
          </w:tcPr>
          <w:p w14:paraId="3C0373EB" w14:textId="77777777" w:rsidR="0073188F" w:rsidRDefault="00615E8A">
            <w:r>
              <w:t>Date</w:t>
            </w:r>
          </w:p>
        </w:tc>
        <w:tc>
          <w:tcPr>
            <w:tcW w:w="5320" w:type="dxa"/>
          </w:tcPr>
          <w:p w14:paraId="6B82CF11" w14:textId="77777777" w:rsidR="0073188F" w:rsidRDefault="0073188F"/>
        </w:tc>
      </w:tr>
    </w:tbl>
    <w:p w14:paraId="29EBB69D" w14:textId="77777777" w:rsidR="0073188F" w:rsidRDefault="00615E8A">
      <w:r>
        <w:rPr>
          <w:b/>
        </w:rPr>
        <w:t xml:space="preserve">Policy Basis: </w:t>
      </w:r>
      <w:r>
        <w:t>This agreement follows COPE guidance, the Principles of Transparency and Best Practice in Scholarly Publishing, and the terms of the Creative Commons Attribution 4.0 International (CC BY 4.0) Licence.</w:t>
      </w:r>
    </w:p>
    <w:sectPr w:rsidR="0073188F" w:rsidSect="00034616">
      <w:pgSz w:w="12240" w:h="15840"/>
      <w:pgMar w:top="800" w:right="800" w:bottom="800" w:left="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7730"/>
    <w:rsid w:val="00034616"/>
    <w:rsid w:val="0006063C"/>
    <w:rsid w:val="0015074B"/>
    <w:rsid w:val="0029639D"/>
    <w:rsid w:val="00326F90"/>
    <w:rsid w:val="00615E8A"/>
    <w:rsid w:val="0073188F"/>
    <w:rsid w:val="009220B1"/>
    <w:rsid w:val="00AA1D8D"/>
    <w:rsid w:val="00B47730"/>
    <w:rsid w:val="00CB0664"/>
    <w:rsid w:val="00F249CE"/>
    <w:rsid w:val="00F4687E"/>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143DE9C5"/>
  <w14:defaultImageDpi w14:val="300"/>
  <w15:docId w15:val="{1F7A52BA-987C-407B-93F7-6C3B05B7D6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rPr>
      <w:rFonts w:ascii="Calibri" w:eastAsia="Calibri" w:hAnsi="Calibri"/>
      <w:sz w:val="21"/>
    </w:rPr>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455</Words>
  <Characters>2599</Characters>
  <Application>Microsoft Office Word</Application>
  <DocSecurity>0</DocSecurity>
  <Lines>21</Lines>
  <Paragraphs>6</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3048</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Dr. Bahaaeddin Alareeni</cp:lastModifiedBy>
  <cp:revision>3</cp:revision>
  <dcterms:created xsi:type="dcterms:W3CDTF">2026-07-16T10:10:00Z</dcterms:created>
  <dcterms:modified xsi:type="dcterms:W3CDTF">2026-07-16T10:13:00Z</dcterms:modified>
  <cp:category/>
</cp:coreProperties>
</file>